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BDB1EA" w14:textId="1816D550" w:rsidR="002E5FE1" w:rsidRDefault="00000000">
      <w:pPr>
        <w:spacing w:after="80"/>
        <w:jc w:val="center"/>
      </w:pPr>
      <w:r>
        <w:rPr>
          <w:b/>
          <w:sz w:val="36"/>
        </w:rPr>
        <w:t>LongeTEAM06</w:t>
      </w:r>
    </w:p>
    <w:p w14:paraId="725F4E8C" w14:textId="77777777" w:rsidR="002E5FE1" w:rsidRDefault="00000000">
      <w:pPr>
        <w:spacing w:after="80"/>
        <w:jc w:val="center"/>
      </w:pPr>
      <w:r>
        <w:rPr>
          <w:b/>
          <w:sz w:val="30"/>
        </w:rPr>
        <w:t>DÉCLARATION – SÉANCE D’INITIATION</w:t>
      </w:r>
    </w:p>
    <w:p w14:paraId="4D554A51" w14:textId="77777777" w:rsidR="002E5FE1" w:rsidRDefault="00000000">
      <w:pPr>
        <w:spacing w:after="80"/>
        <w:jc w:val="center"/>
        <w:rPr>
          <w:i/>
        </w:rPr>
      </w:pPr>
      <w:r>
        <w:rPr>
          <w:i/>
        </w:rPr>
        <w:t xml:space="preserve">Longe Côte • Marche </w:t>
      </w:r>
      <w:proofErr w:type="spellStart"/>
      <w:r>
        <w:rPr>
          <w:i/>
        </w:rPr>
        <w:t>Nordique</w:t>
      </w:r>
      <w:proofErr w:type="spellEnd"/>
    </w:p>
    <w:p w14:paraId="6DD523CA" w14:textId="77777777" w:rsidR="00D1150F" w:rsidRDefault="00D1150F">
      <w:pPr>
        <w:spacing w:after="80"/>
        <w:jc w:val="center"/>
        <w:rPr>
          <w:i/>
        </w:rPr>
      </w:pPr>
    </w:p>
    <w:p w14:paraId="15AE4D44" w14:textId="77777777" w:rsidR="00D1150F" w:rsidRDefault="00D1150F">
      <w:pPr>
        <w:spacing w:after="80"/>
        <w:jc w:val="center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24"/>
      </w:tblGrid>
      <w:tr w:rsidR="002E5FE1" w14:paraId="10DBA827" w14:textId="77777777">
        <w:trPr>
          <w:jc w:val="center"/>
        </w:trPr>
        <w:tc>
          <w:tcPr>
            <w:tcW w:w="9524" w:type="dxa"/>
            <w:shd w:val="clear" w:color="auto" w:fill="EAF4F7"/>
            <w:vAlign w:val="center"/>
          </w:tcPr>
          <w:p w14:paraId="5C10F032" w14:textId="77777777" w:rsidR="002E5FE1" w:rsidRDefault="00000000">
            <w:pPr>
              <w:jc w:val="center"/>
            </w:pPr>
            <w:r>
              <w:rPr>
                <w:b/>
                <w:sz w:val="22"/>
              </w:rPr>
              <w:t>Activité concernée :   ☐ Longe Côte      ☐ Marche Nordique</w:t>
            </w:r>
          </w:p>
        </w:tc>
      </w:tr>
    </w:tbl>
    <w:p w14:paraId="55CE888E" w14:textId="77777777" w:rsidR="002E5FE1" w:rsidRDefault="002E5FE1">
      <w:pPr>
        <w:spacing w:after="80"/>
      </w:pPr>
    </w:p>
    <w:p w14:paraId="6F0D3DC7" w14:textId="77777777" w:rsidR="00D1150F" w:rsidRDefault="00D1150F">
      <w:pPr>
        <w:spacing w:after="80"/>
      </w:pPr>
    </w:p>
    <w:p w14:paraId="5593A39A" w14:textId="77777777" w:rsidR="00D1150F" w:rsidRDefault="00D1150F">
      <w:pPr>
        <w:spacing w:after="80"/>
      </w:pPr>
    </w:p>
    <w:p w14:paraId="6F5985C0" w14:textId="29204213" w:rsidR="002E5FE1" w:rsidRDefault="00000000">
      <w:pPr>
        <w:spacing w:after="80"/>
      </w:pPr>
      <w:r>
        <w:t xml:space="preserve">Je </w:t>
      </w:r>
      <w:proofErr w:type="spellStart"/>
      <w:r>
        <w:t>soussigné</w:t>
      </w:r>
      <w:proofErr w:type="spellEnd"/>
      <w:r>
        <w:t xml:space="preserve">(e), </w:t>
      </w:r>
      <w:sdt>
        <w:sdtPr>
          <w:alias w:val="NOM_PRENOM"/>
          <w:tag w:val="NOM_PRENOM"/>
          <w:id w:val="60147420"/>
          <w:text/>
        </w:sdtPr>
        <w:sdtContent>
          <w:r>
            <w:rPr>
              <w:b/>
            </w:rPr>
            <w:t>{{NOM_PRENOM}}</w:t>
          </w:r>
        </w:sdtContent>
      </w:sdt>
      <w:r>
        <w:t xml:space="preserve">, </w:t>
      </w:r>
      <w:proofErr w:type="spellStart"/>
      <w:r>
        <w:t>déclare</w:t>
      </w:r>
      <w:proofErr w:type="spellEnd"/>
      <w:r>
        <w:t xml:space="preserve"> </w:t>
      </w:r>
      <w:proofErr w:type="spellStart"/>
      <w:r>
        <w:t>souhaiter</w:t>
      </w:r>
      <w:proofErr w:type="spellEnd"/>
      <w:r>
        <w:t xml:space="preserve"> participer à une séance d’initiation organisée par LongeTEAM06.</w:t>
      </w:r>
    </w:p>
    <w:p w14:paraId="586D129B" w14:textId="77777777" w:rsidR="002E5FE1" w:rsidRDefault="00000000">
      <w:pPr>
        <w:spacing w:after="140" w:line="259" w:lineRule="auto"/>
      </w:pPr>
      <w:r>
        <w:t>Je déclare ne pas avoir connaissance, à ce jour, de contre-indication à la pratique de l’activité choisie et m’engage à prendre les dispositions nécessaires pour participer à cette séance dans des conditions compatibles avec mon état de santé.</w:t>
      </w:r>
    </w:p>
    <w:p w14:paraId="6B6FA7E3" w14:textId="77777777" w:rsidR="002E5FE1" w:rsidRDefault="00000000">
      <w:pPr>
        <w:spacing w:after="140" w:line="259" w:lineRule="auto"/>
      </w:pPr>
      <w:r>
        <w:t>Je m’engage à signaler à l’animateur, avant le début de la séance, toute difficulté ou information susceptible d’avoir une incidence sur ma pratique ou ma sécurité.</w:t>
      </w:r>
    </w:p>
    <w:p w14:paraId="358898AA" w14:textId="77777777" w:rsidR="002E5FE1" w:rsidRDefault="00000000">
      <w:pPr>
        <w:spacing w:after="140" w:line="259" w:lineRule="auto"/>
      </w:pPr>
      <w:r>
        <w:t xml:space="preserve">Je m’engage à respecter les consignes données par les animateurs de LongeTEAM06, notamment celles relatives à la sécurité et au bon </w:t>
      </w:r>
      <w:proofErr w:type="spellStart"/>
      <w:r>
        <w:t>déroulement</w:t>
      </w:r>
      <w:proofErr w:type="spellEnd"/>
      <w:r>
        <w:t xml:space="preserve"> de la séance.</w:t>
      </w:r>
    </w:p>
    <w:p w14:paraId="77E370DD" w14:textId="77777777" w:rsidR="00D1150F" w:rsidRDefault="00D1150F">
      <w:pPr>
        <w:spacing w:after="140" w:line="259" w:lineRule="auto"/>
      </w:pPr>
    </w:p>
    <w:p w14:paraId="54558C7F" w14:textId="77777777" w:rsidR="002E5FE1" w:rsidRDefault="002E5FE1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62"/>
        <w:gridCol w:w="4762"/>
      </w:tblGrid>
      <w:tr w:rsidR="002E5FE1" w14:paraId="33974019" w14:textId="77777777">
        <w:trPr>
          <w:jc w:val="center"/>
        </w:trPr>
        <w:tc>
          <w:tcPr>
            <w:tcW w:w="4762" w:type="dxa"/>
            <w:tcBorders>
              <w:top w:val="single" w:sz="4" w:space="0" w:color="B7C9CE"/>
              <w:left w:val="single" w:sz="4" w:space="0" w:color="B7C9CE"/>
              <w:bottom w:val="single" w:sz="4" w:space="0" w:color="B7C9CE"/>
              <w:right w:val="single" w:sz="4" w:space="0" w:color="B7C9CE"/>
            </w:tcBorders>
          </w:tcPr>
          <w:p w14:paraId="70FBBCB3" w14:textId="77777777" w:rsidR="002E5FE1" w:rsidRDefault="00000000">
            <w:r>
              <w:rPr>
                <w:b/>
              </w:rPr>
              <w:t xml:space="preserve">Fait à : </w:t>
            </w:r>
            <w:sdt>
              <w:sdtPr>
                <w:alias w:val="LIEU"/>
                <w:tag w:val="LIEU"/>
                <w:id w:val="1254558555"/>
                <w:text/>
              </w:sdtPr>
              <w:sdtContent>
                <w:r>
                  <w:t>{{LIEU}}</w:t>
                </w:r>
              </w:sdtContent>
            </w:sdt>
          </w:p>
        </w:tc>
        <w:tc>
          <w:tcPr>
            <w:tcW w:w="4762" w:type="dxa"/>
            <w:tcBorders>
              <w:top w:val="single" w:sz="4" w:space="0" w:color="B7C9CE"/>
              <w:left w:val="single" w:sz="4" w:space="0" w:color="B7C9CE"/>
              <w:bottom w:val="single" w:sz="4" w:space="0" w:color="B7C9CE"/>
              <w:right w:val="single" w:sz="4" w:space="0" w:color="B7C9CE"/>
            </w:tcBorders>
          </w:tcPr>
          <w:p w14:paraId="048313B2" w14:textId="77777777" w:rsidR="002E5FE1" w:rsidRDefault="00000000">
            <w:r>
              <w:rPr>
                <w:b/>
              </w:rPr>
              <w:t xml:space="preserve">Le : </w:t>
            </w:r>
            <w:sdt>
              <w:sdtPr>
                <w:alias w:val="DATE"/>
                <w:tag w:val="DATE"/>
                <w:id w:val="-34817697"/>
                <w:text/>
              </w:sdtPr>
              <w:sdtContent>
                <w:r>
                  <w:t>{{DATE}}</w:t>
                </w:r>
              </w:sdtContent>
            </w:sdt>
          </w:p>
        </w:tc>
      </w:tr>
      <w:tr w:rsidR="002E5FE1" w14:paraId="245C4C3F" w14:textId="77777777">
        <w:trPr>
          <w:jc w:val="center"/>
        </w:trPr>
        <w:tc>
          <w:tcPr>
            <w:tcW w:w="4762" w:type="dxa"/>
            <w:tcBorders>
              <w:top w:val="single" w:sz="4" w:space="0" w:color="B7C9CE"/>
              <w:left w:val="single" w:sz="4" w:space="0" w:color="B7C9CE"/>
              <w:bottom w:val="single" w:sz="4" w:space="0" w:color="B7C9CE"/>
              <w:right w:val="single" w:sz="4" w:space="0" w:color="B7C9CE"/>
            </w:tcBorders>
          </w:tcPr>
          <w:p w14:paraId="4C82CDE8" w14:textId="77777777" w:rsidR="002E5FE1" w:rsidRDefault="00000000">
            <w:r>
              <w:rPr>
                <w:b/>
              </w:rPr>
              <w:t>Signature du participant</w:t>
            </w:r>
            <w:r>
              <w:br/>
              <w:t>Précédée de la mention « Lu et approuvé »</w:t>
            </w:r>
          </w:p>
        </w:tc>
        <w:tc>
          <w:tcPr>
            <w:tcW w:w="4762" w:type="dxa"/>
            <w:tcBorders>
              <w:top w:val="single" w:sz="4" w:space="0" w:color="B7C9CE"/>
              <w:left w:val="single" w:sz="4" w:space="0" w:color="B7C9CE"/>
              <w:bottom w:val="single" w:sz="4" w:space="0" w:color="B7C9CE"/>
              <w:right w:val="single" w:sz="4" w:space="0" w:color="B7C9CE"/>
            </w:tcBorders>
          </w:tcPr>
          <w:p w14:paraId="51221A6B" w14:textId="77777777" w:rsidR="002E5FE1" w:rsidRDefault="00000000">
            <w:r>
              <w:br/>
            </w:r>
            <w:r>
              <w:br/>
            </w:r>
            <w:r>
              <w:br/>
            </w:r>
          </w:p>
        </w:tc>
      </w:tr>
    </w:tbl>
    <w:p w14:paraId="03E5CA68" w14:textId="77777777" w:rsidR="002E5FE1" w:rsidRDefault="002E5FE1">
      <w:pPr>
        <w:spacing w:after="80"/>
      </w:pPr>
    </w:p>
    <w:p w14:paraId="298FD2E6" w14:textId="77777777" w:rsidR="00D1150F" w:rsidRDefault="00D1150F">
      <w:pPr>
        <w:spacing w:after="80"/>
      </w:pPr>
    </w:p>
    <w:p w14:paraId="7E766CCD" w14:textId="20E5CAE0" w:rsidR="00D1150F" w:rsidRDefault="00D1150F">
      <w:pPr>
        <w:spacing w:after="80"/>
      </w:pPr>
      <w:r w:rsidRPr="0041576B"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57728" behindDoc="0" locked="0" layoutInCell="1" allowOverlap="1" wp14:anchorId="0C9D2AA8" wp14:editId="0EA0F152">
            <wp:simplePos x="0" y="0"/>
            <wp:positionH relativeFrom="column">
              <wp:posOffset>4405630</wp:posOffset>
            </wp:positionH>
            <wp:positionV relativeFrom="paragraph">
              <wp:posOffset>186690</wp:posOffset>
            </wp:positionV>
            <wp:extent cx="1043940" cy="104394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ngeTem06-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154DC5" w14:textId="2AA4C832" w:rsidR="00D1150F" w:rsidRDefault="00D1150F">
      <w:pPr>
        <w:spacing w:after="80"/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62851CAF" wp14:editId="00C4BBD1">
            <wp:simplePos x="0" y="0"/>
            <wp:positionH relativeFrom="column">
              <wp:posOffset>675640</wp:posOffset>
            </wp:positionH>
            <wp:positionV relativeFrom="paragraph">
              <wp:posOffset>17145</wp:posOffset>
            </wp:positionV>
            <wp:extent cx="1863090" cy="883920"/>
            <wp:effectExtent l="0" t="0" r="3810" b="5080"/>
            <wp:wrapSquare wrapText="bothSides"/>
            <wp:docPr id="754753747" name="Image 2" descr="Accueil - Fédération Française de Randonnée des Alp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cueil - Fédération Française de Randonnée des Alpes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18E957" w14:textId="3D059AA4" w:rsidR="00D1150F" w:rsidRDefault="00D1150F">
      <w:pPr>
        <w:spacing w:after="80"/>
      </w:pPr>
    </w:p>
    <w:p w14:paraId="259AC84E" w14:textId="77D1FB91" w:rsidR="00D1150F" w:rsidRDefault="00D1150F">
      <w:pPr>
        <w:spacing w:after="80"/>
      </w:pPr>
    </w:p>
    <w:p w14:paraId="1B49DE4A" w14:textId="6647313C" w:rsidR="00D1150F" w:rsidRDefault="00D1150F">
      <w:pPr>
        <w:spacing w:after="80"/>
      </w:pPr>
      <w:r>
        <w:fldChar w:fldCharType="begin"/>
      </w:r>
      <w:r>
        <w:instrText xml:space="preserve"> INCLUDEPICTURE "https://provence-alpes-cote-d-azur.imagence-ffrandonnee.fr/wp-content/uploads/sites/97/2024/07/logoffrp-baseline-vectorise-alpes-maritime-2013-rge-1024x486.jpg" \* MERGEFORMATINET </w:instrText>
      </w:r>
      <w:r>
        <w:fldChar w:fldCharType="separate"/>
      </w:r>
      <w:r>
        <w:fldChar w:fldCharType="end"/>
      </w:r>
    </w:p>
    <w:p w14:paraId="2FADE69F" w14:textId="77777777" w:rsidR="00D1150F" w:rsidRDefault="00D1150F" w:rsidP="00D1150F">
      <w:pPr>
        <w:spacing w:after="80"/>
        <w:rPr>
          <w:i/>
          <w:sz w:val="17"/>
        </w:rPr>
      </w:pPr>
    </w:p>
    <w:p w14:paraId="191C104D" w14:textId="77777777" w:rsidR="00D1150F" w:rsidRDefault="00D1150F" w:rsidP="00EB5E38">
      <w:pPr>
        <w:spacing w:after="80"/>
        <w:rPr>
          <w:i/>
          <w:sz w:val="17"/>
        </w:rPr>
      </w:pPr>
    </w:p>
    <w:p w14:paraId="2192B021" w14:textId="5B2AEEE8" w:rsidR="002E5FE1" w:rsidRDefault="00000000">
      <w:pPr>
        <w:spacing w:after="80"/>
        <w:jc w:val="center"/>
      </w:pPr>
      <w:r>
        <w:rPr>
          <w:i/>
          <w:sz w:val="17"/>
        </w:rPr>
        <w:t xml:space="preserve">Les </w:t>
      </w:r>
      <w:proofErr w:type="spellStart"/>
      <w:proofErr w:type="gramStart"/>
      <w:r>
        <w:rPr>
          <w:i/>
          <w:sz w:val="17"/>
        </w:rPr>
        <w:t>informations</w:t>
      </w:r>
      <w:proofErr w:type="spellEnd"/>
      <w:proofErr w:type="gramEnd"/>
      <w:r>
        <w:rPr>
          <w:i/>
          <w:sz w:val="17"/>
        </w:rPr>
        <w:t xml:space="preserve"> </w:t>
      </w:r>
      <w:proofErr w:type="spellStart"/>
      <w:r>
        <w:rPr>
          <w:i/>
          <w:sz w:val="17"/>
        </w:rPr>
        <w:t>administratives</w:t>
      </w:r>
      <w:proofErr w:type="spellEnd"/>
      <w:r>
        <w:rPr>
          <w:i/>
          <w:sz w:val="17"/>
        </w:rPr>
        <w:t xml:space="preserve"> </w:t>
      </w:r>
      <w:proofErr w:type="gramStart"/>
      <w:r>
        <w:rPr>
          <w:i/>
          <w:sz w:val="17"/>
        </w:rPr>
        <w:t>relatives</w:t>
      </w:r>
      <w:proofErr w:type="gramEnd"/>
      <w:r>
        <w:rPr>
          <w:i/>
          <w:sz w:val="17"/>
        </w:rPr>
        <w:t xml:space="preserve"> au participant et à la séance sont enregistrées lors de la demande d’inscription en ligne.</w:t>
      </w:r>
    </w:p>
    <w:p w14:paraId="137BAC3F" w14:textId="5DE19208" w:rsidR="002E5FE1" w:rsidRDefault="00000000">
      <w:pPr>
        <w:spacing w:after="80"/>
        <w:jc w:val="center"/>
        <w:rPr>
          <w:sz w:val="17"/>
        </w:rPr>
      </w:pPr>
      <w:r>
        <w:rPr>
          <w:sz w:val="17"/>
        </w:rPr>
        <w:t xml:space="preserve">LongeTEAM06 • www.longeteam06.com • </w:t>
      </w:r>
      <w:hyperlink r:id="rId8" w:history="1">
        <w:r w:rsidR="00D1150F" w:rsidRPr="007017CD">
          <w:rPr>
            <w:rStyle w:val="Lienhypertexte"/>
            <w:sz w:val="17"/>
          </w:rPr>
          <w:t>longeteam06@gmail.com</w:t>
        </w:r>
      </w:hyperlink>
    </w:p>
    <w:p w14:paraId="05517134" w14:textId="77777777" w:rsidR="00D1150F" w:rsidRDefault="00D1150F">
      <w:pPr>
        <w:spacing w:after="80"/>
        <w:jc w:val="center"/>
      </w:pPr>
    </w:p>
    <w:sectPr w:rsidR="00D1150F" w:rsidSect="00034616">
      <w:pgSz w:w="12240" w:h="15840"/>
      <w:pgMar w:top="850" w:right="964" w:bottom="79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3371328">
    <w:abstractNumId w:val="8"/>
  </w:num>
  <w:num w:numId="2" w16cid:durableId="607274920">
    <w:abstractNumId w:val="6"/>
  </w:num>
  <w:num w:numId="3" w16cid:durableId="574820115">
    <w:abstractNumId w:val="5"/>
  </w:num>
  <w:num w:numId="4" w16cid:durableId="39788408">
    <w:abstractNumId w:val="4"/>
  </w:num>
  <w:num w:numId="5" w16cid:durableId="2010668749">
    <w:abstractNumId w:val="7"/>
  </w:num>
  <w:num w:numId="6" w16cid:durableId="1278369996">
    <w:abstractNumId w:val="3"/>
  </w:num>
  <w:num w:numId="7" w16cid:durableId="1027171027">
    <w:abstractNumId w:val="2"/>
  </w:num>
  <w:num w:numId="8" w16cid:durableId="1689603725">
    <w:abstractNumId w:val="1"/>
  </w:num>
  <w:num w:numId="9" w16cid:durableId="109054445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5FE1"/>
    <w:rsid w:val="00326F90"/>
    <w:rsid w:val="00AA1D8D"/>
    <w:rsid w:val="00B47730"/>
    <w:rsid w:val="00CB0664"/>
    <w:rsid w:val="00D1150F"/>
    <w:rsid w:val="00EA5EEE"/>
    <w:rsid w:val="00EB5E3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CF5FB2"/>
  <w14:defaultImageDpi w14:val="300"/>
  <w15:docId w15:val="{ABB7FF72-76B3-6349-BF1C-6AF6039C3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D1150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115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ngeteam06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Valérie PASCALLON</cp:lastModifiedBy>
  <cp:revision>3</cp:revision>
  <dcterms:created xsi:type="dcterms:W3CDTF">2026-08-23T17:38:00Z</dcterms:created>
  <dcterms:modified xsi:type="dcterms:W3CDTF">2026-08-23T17:39:00Z</dcterms:modified>
  <cp:category/>
</cp:coreProperties>
</file>